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BFD76" w14:textId="77777777" w:rsidR="002013E2" w:rsidRPr="00D22C59" w:rsidRDefault="00000000">
      <w:pPr>
        <w:spacing w:after="0"/>
      </w:pPr>
      <w:proofErr w:type="spellStart"/>
      <w:r w:rsidRPr="00D22C59">
        <w:rPr>
          <w:rFonts w:ascii="Aptos Display" w:hAnsi="Aptos Display"/>
          <w:b/>
          <w:sz w:val="44"/>
        </w:rPr>
        <w:t>Press</w:t>
      </w:r>
      <w:r w:rsidRPr="00D22C59">
        <w:rPr>
          <w:rFonts w:ascii="Aptos Display" w:hAnsi="Aptos Display"/>
          <w:b/>
          <w:color w:val="C61713"/>
          <w:sz w:val="44"/>
        </w:rPr>
        <w:t>GO</w:t>
      </w:r>
      <w:proofErr w:type="spellEnd"/>
    </w:p>
    <w:p w14:paraId="3557401B" w14:textId="77777777" w:rsidR="002013E2" w:rsidRPr="00D22C59" w:rsidRDefault="00000000">
      <w:pPr>
        <w:spacing w:before="20" w:after="80"/>
      </w:pPr>
      <w:r w:rsidRPr="00D22C59">
        <w:rPr>
          <w:rFonts w:ascii="Aptos Display" w:hAnsi="Aptos Display"/>
          <w:b/>
          <w:sz w:val="40"/>
        </w:rPr>
        <w:t>DRIVING SCHOOL TERMS AND CONDITIONS</w:t>
      </w:r>
    </w:p>
    <w:p w14:paraId="6F43140A" w14:textId="77777777" w:rsidR="002013E2" w:rsidRPr="00D22C59" w:rsidRDefault="00000000">
      <w:pPr>
        <w:spacing w:after="220"/>
      </w:pPr>
      <w:r w:rsidRPr="00D22C59">
        <w:rPr>
          <w:color w:val="66696B"/>
          <w:sz w:val="19"/>
        </w:rPr>
        <w:t xml:space="preserve">Effective 3 August </w:t>
      </w:r>
      <w:proofErr w:type="gramStart"/>
      <w:r w:rsidRPr="00D22C59">
        <w:rPr>
          <w:color w:val="66696B"/>
          <w:sz w:val="19"/>
        </w:rPr>
        <w:t>2026  |</w:t>
      </w:r>
      <w:proofErr w:type="gramEnd"/>
      <w:r w:rsidRPr="00D22C59">
        <w:rPr>
          <w:color w:val="66696B"/>
          <w:sz w:val="19"/>
        </w:rPr>
        <w:t xml:space="preserve">  Automatic driving lessons and VORT preparation</w:t>
      </w:r>
    </w:p>
    <w:tbl>
      <w:tblPr>
        <w:tblW w:w="0" w:type="auto"/>
        <w:tblLayout w:type="fixed"/>
        <w:tblLook w:val="04A0" w:firstRow="1" w:lastRow="0" w:firstColumn="1" w:lastColumn="0" w:noHBand="0" w:noVBand="1"/>
      </w:tblPr>
      <w:tblGrid>
        <w:gridCol w:w="9412"/>
      </w:tblGrid>
      <w:tr w:rsidR="002013E2" w:rsidRPr="00D22C59" w14:paraId="6201EE59" w14:textId="77777777">
        <w:tc>
          <w:tcPr>
            <w:tcW w:w="9412" w:type="dxa"/>
            <w:shd w:val="clear" w:color="auto" w:fill="F3F4F4"/>
            <w:tcMar>
              <w:top w:w="140" w:type="dxa"/>
              <w:left w:w="180" w:type="dxa"/>
              <w:bottom w:w="140" w:type="dxa"/>
              <w:right w:w="180" w:type="dxa"/>
            </w:tcMar>
          </w:tcPr>
          <w:p w14:paraId="7B64B85E" w14:textId="77777777" w:rsidR="002013E2" w:rsidRPr="00D22C59" w:rsidRDefault="00000000">
            <w:pPr>
              <w:spacing w:after="0"/>
            </w:pPr>
            <w:r w:rsidRPr="00D22C59">
              <w:rPr>
                <w:b/>
                <w:sz w:val="20"/>
              </w:rPr>
              <w:t>Please read these Terms and Conditions before your first lesson. By booking, attending or allowing a third party to arrange a lesson, the student agrees to these terms. Nothing in these terms excludes rights that cannot lawfully be excluded under the Australian Consumer Law.</w:t>
            </w:r>
          </w:p>
        </w:tc>
      </w:tr>
    </w:tbl>
    <w:p w14:paraId="7F21C470" w14:textId="77777777" w:rsidR="002013E2" w:rsidRPr="00D22C59" w:rsidRDefault="00000000">
      <w:pPr>
        <w:pStyle w:val="Heading1"/>
      </w:pPr>
      <w:r w:rsidRPr="00D22C59">
        <w:t>1. Bookings, payments and cancellations</w:t>
      </w:r>
    </w:p>
    <w:p w14:paraId="4D7A0368" w14:textId="77777777" w:rsidR="002013E2" w:rsidRPr="00D22C59" w:rsidRDefault="00000000">
      <w:pPr>
        <w:keepLines/>
        <w:ind w:left="397" w:hanging="397"/>
      </w:pPr>
      <w:proofErr w:type="gramStart"/>
      <w:r w:rsidRPr="00D22C59">
        <w:rPr>
          <w:b/>
        </w:rPr>
        <w:t xml:space="preserve">1.1  </w:t>
      </w:r>
      <w:r w:rsidRPr="00D22C59">
        <w:t>A</w:t>
      </w:r>
      <w:proofErr w:type="gramEnd"/>
      <w:r w:rsidRPr="00D22C59">
        <w:t xml:space="preserve"> lesson is confirmed when </w:t>
      </w:r>
      <w:proofErr w:type="spellStart"/>
      <w:r w:rsidRPr="00D22C59">
        <w:t>PressGO</w:t>
      </w:r>
      <w:proofErr w:type="spellEnd"/>
      <w:r w:rsidRPr="00D22C59">
        <w:t xml:space="preserve"> Driving School issues a booking confirmation, quote or invoice, or otherwise confirms the booking in writing. A reminder may be sent as a courtesy, but the student remains responsible for remembering the booking.</w:t>
      </w:r>
    </w:p>
    <w:p w14:paraId="5CE19D66" w14:textId="77777777" w:rsidR="002013E2" w:rsidRPr="00D22C59" w:rsidRDefault="00000000">
      <w:pPr>
        <w:keepLines/>
        <w:ind w:left="397" w:hanging="397"/>
      </w:pPr>
      <w:proofErr w:type="gramStart"/>
      <w:r w:rsidRPr="00D22C59">
        <w:rPr>
          <w:b/>
        </w:rPr>
        <w:t xml:space="preserve">1.2  </w:t>
      </w:r>
      <w:r w:rsidRPr="00D22C59">
        <w:t>Lesson</w:t>
      </w:r>
      <w:proofErr w:type="gramEnd"/>
      <w:r w:rsidRPr="00D22C59">
        <w:t xml:space="preserve"> fees are payable by the due date shown on the invoice or as otherwise agreed. Prices are GST inclusive unless stated otherwise.</w:t>
      </w:r>
    </w:p>
    <w:p w14:paraId="56602C1E" w14:textId="77777777" w:rsidR="002013E2" w:rsidRPr="00D22C59" w:rsidRDefault="00000000">
      <w:pPr>
        <w:keepLines/>
        <w:ind w:left="397" w:hanging="397"/>
      </w:pPr>
      <w:proofErr w:type="gramStart"/>
      <w:r w:rsidRPr="00D22C59">
        <w:rPr>
          <w:b/>
        </w:rPr>
        <w:t xml:space="preserve">1.3  </w:t>
      </w:r>
      <w:r w:rsidRPr="00D22C59">
        <w:t>Payments</w:t>
      </w:r>
      <w:proofErr w:type="gramEnd"/>
      <w:r w:rsidRPr="00D22C59">
        <w:t xml:space="preserve"> are not refundable for a change of mind, except where a refund is required under the Australian Consumer Law or these Terms and Conditions.</w:t>
      </w:r>
    </w:p>
    <w:p w14:paraId="4289617A" w14:textId="77777777" w:rsidR="002013E2" w:rsidRPr="00D22C59" w:rsidRDefault="00000000">
      <w:pPr>
        <w:keepLines/>
        <w:ind w:left="397" w:hanging="397"/>
      </w:pPr>
      <w:proofErr w:type="gramStart"/>
      <w:r w:rsidRPr="00D22C59">
        <w:rPr>
          <w:b/>
        </w:rPr>
        <w:t xml:space="preserve">1.4  </w:t>
      </w:r>
      <w:r w:rsidRPr="00D22C59">
        <w:t>At</w:t>
      </w:r>
      <w:proofErr w:type="gramEnd"/>
      <w:r w:rsidRPr="00D22C59">
        <w:t xml:space="preserve"> least 24 hours’ notice must be provided to cancel or reschedule a lesson. With sufficient notice, any payment or lesson credit will be transferred to a future booking, subject to package validity and availability.</w:t>
      </w:r>
    </w:p>
    <w:p w14:paraId="2B6D5259" w14:textId="77777777" w:rsidR="002013E2" w:rsidRPr="00D22C59" w:rsidRDefault="00000000">
      <w:pPr>
        <w:keepLines/>
        <w:ind w:left="397" w:hanging="397"/>
      </w:pPr>
      <w:proofErr w:type="gramStart"/>
      <w:r w:rsidRPr="00D22C59">
        <w:rPr>
          <w:b/>
        </w:rPr>
        <w:t xml:space="preserve">1.5  </w:t>
      </w:r>
      <w:r w:rsidRPr="00D22C59">
        <w:t>If</w:t>
      </w:r>
      <w:proofErr w:type="gramEnd"/>
      <w:r w:rsidRPr="00D22C59">
        <w:t xml:space="preserve"> a lesson is cancelled or rescheduled with less than 24 hours’ notice, the full lesson fee will be charged. Any payment or lesson credit allocated to the booking will be forfeited.</w:t>
      </w:r>
    </w:p>
    <w:p w14:paraId="1BFCEFAF" w14:textId="77777777" w:rsidR="002013E2" w:rsidRPr="00D22C59" w:rsidRDefault="00000000">
      <w:pPr>
        <w:keepLines/>
        <w:ind w:left="397" w:hanging="397"/>
      </w:pPr>
      <w:proofErr w:type="gramStart"/>
      <w:r w:rsidRPr="00D22C59">
        <w:rPr>
          <w:b/>
        </w:rPr>
        <w:t xml:space="preserve">1.6  </w:t>
      </w:r>
      <w:r w:rsidRPr="00D22C59">
        <w:t>If</w:t>
      </w:r>
      <w:proofErr w:type="gramEnd"/>
      <w:r w:rsidRPr="00D22C59">
        <w:t xml:space="preserve"> the student does not attend a scheduled lesson and has not provided notice, the full lesson fee will be charged. </w:t>
      </w:r>
      <w:proofErr w:type="spellStart"/>
      <w:r w:rsidRPr="00D22C59">
        <w:t>PressGO</w:t>
      </w:r>
      <w:proofErr w:type="spellEnd"/>
      <w:r w:rsidRPr="00D22C59">
        <w:t xml:space="preserve"> Driving School may leave after waiting 15 minutes, and the original finishing time will not be extended if the student arrives late.</w:t>
      </w:r>
    </w:p>
    <w:p w14:paraId="5183CDC3" w14:textId="75ECE605" w:rsidR="002013E2" w:rsidRPr="00D22C59" w:rsidRDefault="00000000">
      <w:pPr>
        <w:keepLines/>
        <w:ind w:left="397" w:hanging="397"/>
      </w:pPr>
      <w:proofErr w:type="gramStart"/>
      <w:r w:rsidRPr="00D22C59">
        <w:rPr>
          <w:b/>
        </w:rPr>
        <w:t xml:space="preserve">1.7  </w:t>
      </w:r>
      <w:r w:rsidRPr="00D22C59">
        <w:t>Where</w:t>
      </w:r>
      <w:proofErr w:type="gramEnd"/>
      <w:r w:rsidRPr="00D22C59">
        <w:t xml:space="preserve"> lessons are prepaid, included in a package or funded by </w:t>
      </w:r>
      <w:r w:rsidR="00720CCF" w:rsidRPr="00D22C59">
        <w:t>an employment service</w:t>
      </w:r>
      <w:r w:rsidRPr="00D22C59">
        <w:t xml:space="preserve"> or another third party, a late cancellation or non-attendance will count as a used lesson and will be deducted from the student’s remaining allocation.</w:t>
      </w:r>
    </w:p>
    <w:p w14:paraId="48798CBA" w14:textId="77777777" w:rsidR="002013E2" w:rsidRPr="00D22C59" w:rsidRDefault="00000000">
      <w:pPr>
        <w:keepLines/>
        <w:ind w:left="397" w:hanging="397"/>
      </w:pPr>
      <w:proofErr w:type="gramStart"/>
      <w:r w:rsidRPr="00D22C59">
        <w:rPr>
          <w:b/>
        </w:rPr>
        <w:t xml:space="preserve">1.8  </w:t>
      </w:r>
      <w:proofErr w:type="spellStart"/>
      <w:r w:rsidRPr="00D22C59">
        <w:t>PressGO</w:t>
      </w:r>
      <w:proofErr w:type="spellEnd"/>
      <w:proofErr w:type="gramEnd"/>
      <w:r w:rsidRPr="00D22C59">
        <w:t xml:space="preserve"> Driving School may waive a cancellation fee in exceptional circumstances at its discretion. A waiver on one occasion does not change these terms or create an entitlement to a future waiver.</w:t>
      </w:r>
    </w:p>
    <w:p w14:paraId="7A18A212" w14:textId="77777777" w:rsidR="002013E2" w:rsidRPr="00D22C59" w:rsidRDefault="00000000">
      <w:pPr>
        <w:keepLines/>
        <w:ind w:left="397" w:hanging="397"/>
      </w:pPr>
      <w:proofErr w:type="gramStart"/>
      <w:r w:rsidRPr="00D22C59">
        <w:rPr>
          <w:b/>
        </w:rPr>
        <w:t xml:space="preserve">1.9  </w:t>
      </w:r>
      <w:r w:rsidRPr="00D22C59">
        <w:t>If</w:t>
      </w:r>
      <w:proofErr w:type="gramEnd"/>
      <w:r w:rsidRPr="00D22C59">
        <w:t xml:space="preserve"> </w:t>
      </w:r>
      <w:proofErr w:type="spellStart"/>
      <w:r w:rsidRPr="00D22C59">
        <w:t>PressGO</w:t>
      </w:r>
      <w:proofErr w:type="spellEnd"/>
      <w:r w:rsidRPr="00D22C59">
        <w:t xml:space="preserve"> Driving School must cancel a lesson, the lesson will be rescheduled or any payment or credit will remain available. </w:t>
      </w:r>
      <w:proofErr w:type="spellStart"/>
      <w:r w:rsidRPr="00D22C59">
        <w:t>PressGO</w:t>
      </w:r>
      <w:proofErr w:type="spellEnd"/>
      <w:r w:rsidRPr="00D22C59">
        <w:t xml:space="preserve"> Driving School is not responsible for reasonable consequential costs arising from a cancellation, except where required by law.</w:t>
      </w:r>
    </w:p>
    <w:p w14:paraId="1E0E78F6" w14:textId="77777777" w:rsidR="002013E2" w:rsidRPr="00D22C59" w:rsidRDefault="00000000">
      <w:pPr>
        <w:pStyle w:val="Heading1"/>
      </w:pPr>
      <w:r w:rsidRPr="00D22C59">
        <w:t xml:space="preserve">2. Packages and </w:t>
      </w:r>
      <w:proofErr w:type="gramStart"/>
      <w:r w:rsidRPr="00D22C59">
        <w:t>third-party</w:t>
      </w:r>
      <w:proofErr w:type="gramEnd"/>
      <w:r w:rsidRPr="00D22C59">
        <w:t>-funded lessons</w:t>
      </w:r>
    </w:p>
    <w:p w14:paraId="2C4348EA" w14:textId="77777777" w:rsidR="002013E2" w:rsidRPr="00D22C59" w:rsidRDefault="00000000">
      <w:pPr>
        <w:keepLines/>
        <w:ind w:left="397" w:hanging="397"/>
      </w:pPr>
      <w:proofErr w:type="gramStart"/>
      <w:r w:rsidRPr="00D22C59">
        <w:rPr>
          <w:b/>
        </w:rPr>
        <w:t xml:space="preserve">2.1  </w:t>
      </w:r>
      <w:r w:rsidRPr="00D22C59">
        <w:t>Lesson</w:t>
      </w:r>
      <w:proofErr w:type="gramEnd"/>
      <w:r w:rsidRPr="00D22C59">
        <w:t xml:space="preserve"> packages are for the named student only and are not transferable unless </w:t>
      </w:r>
      <w:proofErr w:type="spellStart"/>
      <w:r w:rsidRPr="00D22C59">
        <w:t>PressGO</w:t>
      </w:r>
      <w:proofErr w:type="spellEnd"/>
      <w:r w:rsidRPr="00D22C59">
        <w:t xml:space="preserve"> Driving School agrees in writing.</w:t>
      </w:r>
    </w:p>
    <w:p w14:paraId="2C5100CA" w14:textId="77777777" w:rsidR="002013E2" w:rsidRPr="00D22C59" w:rsidRDefault="00000000">
      <w:pPr>
        <w:keepLines/>
        <w:ind w:left="397" w:hanging="397"/>
      </w:pPr>
      <w:proofErr w:type="gramStart"/>
      <w:r w:rsidRPr="00D22C59">
        <w:rPr>
          <w:b/>
        </w:rPr>
        <w:t xml:space="preserve">2.2  </w:t>
      </w:r>
      <w:r w:rsidRPr="00D22C59">
        <w:t>A</w:t>
      </w:r>
      <w:proofErr w:type="gramEnd"/>
      <w:r w:rsidRPr="00D22C59">
        <w:t xml:space="preserve"> five-lesson package is valid for three months and a ten-lesson package is valid for six months from the first lesson, unless a different period is stated in writing. The student should book early enough to use all lessons within the validity period.</w:t>
      </w:r>
    </w:p>
    <w:p w14:paraId="3A981FAC" w14:textId="77777777" w:rsidR="002013E2" w:rsidRPr="00D22C59" w:rsidRDefault="00000000">
      <w:pPr>
        <w:keepLines/>
        <w:ind w:left="397" w:hanging="397"/>
      </w:pPr>
      <w:proofErr w:type="gramStart"/>
      <w:r w:rsidRPr="00D22C59">
        <w:rPr>
          <w:b/>
        </w:rPr>
        <w:t xml:space="preserve">2.3  </w:t>
      </w:r>
      <w:r w:rsidRPr="00D22C59">
        <w:t>For</w:t>
      </w:r>
      <w:proofErr w:type="gramEnd"/>
      <w:r w:rsidRPr="00D22C59">
        <w:t xml:space="preserve"> packages paid in two instalments, 50% is due before the first lesson and the balance is due before the halfway point stated on the invoice. Future bookings may be suspended while payment is overdue.</w:t>
      </w:r>
    </w:p>
    <w:p w14:paraId="7903DE9A" w14:textId="7E6D150A" w:rsidR="002013E2" w:rsidRPr="00D22C59" w:rsidRDefault="00000000">
      <w:pPr>
        <w:keepLines/>
        <w:ind w:left="397" w:hanging="397"/>
      </w:pPr>
      <w:proofErr w:type="gramStart"/>
      <w:r w:rsidRPr="00D22C59">
        <w:rPr>
          <w:b/>
        </w:rPr>
        <w:lastRenderedPageBreak/>
        <w:t xml:space="preserve">2.4  </w:t>
      </w:r>
      <w:r w:rsidRPr="00D22C59">
        <w:t>Where</w:t>
      </w:r>
      <w:proofErr w:type="gramEnd"/>
      <w:r w:rsidRPr="00D22C59">
        <w:t xml:space="preserve"> an employer, employment service, insurer, family member or other </w:t>
      </w:r>
      <w:r w:rsidR="00B679EE" w:rsidRPr="00D22C59">
        <w:t>third-party</w:t>
      </w:r>
      <w:r w:rsidRPr="00D22C59">
        <w:t xml:space="preserve"> funds the lessons, the student remains responsible for attendance, punctuality, safe conduct and compliance with these terms.</w:t>
      </w:r>
    </w:p>
    <w:p w14:paraId="247FA0F9" w14:textId="77777777" w:rsidR="002013E2" w:rsidRPr="00D22C59" w:rsidRDefault="00000000">
      <w:pPr>
        <w:keepLines/>
        <w:ind w:left="397" w:hanging="397"/>
      </w:pPr>
      <w:proofErr w:type="gramStart"/>
      <w:r w:rsidRPr="00D22C59">
        <w:rPr>
          <w:b/>
        </w:rPr>
        <w:t xml:space="preserve">2.5  </w:t>
      </w:r>
      <w:r w:rsidRPr="00D22C59">
        <w:t>Funding</w:t>
      </w:r>
      <w:proofErr w:type="gramEnd"/>
      <w:r w:rsidRPr="00D22C59">
        <w:t xml:space="preserve"> approval does not guarantee additional lessons, a test booking or the student’s readiness for a driving test. Any extension must be authorised by the funding organisation and accepted by </w:t>
      </w:r>
      <w:proofErr w:type="spellStart"/>
      <w:r w:rsidRPr="00D22C59">
        <w:t>PressGO</w:t>
      </w:r>
      <w:proofErr w:type="spellEnd"/>
      <w:r w:rsidRPr="00D22C59">
        <w:t xml:space="preserve"> Driving School.</w:t>
      </w:r>
    </w:p>
    <w:p w14:paraId="4F4F4101" w14:textId="77777777" w:rsidR="002013E2" w:rsidRPr="00D22C59" w:rsidRDefault="00000000">
      <w:pPr>
        <w:pStyle w:val="Heading1"/>
      </w:pPr>
      <w:r w:rsidRPr="00D22C59">
        <w:t>3. Student responsibilities</w:t>
      </w:r>
    </w:p>
    <w:p w14:paraId="2E7DA752" w14:textId="77777777" w:rsidR="002013E2" w:rsidRPr="00D22C59" w:rsidRDefault="00000000">
      <w:pPr>
        <w:keepLines/>
        <w:ind w:left="397" w:hanging="397"/>
      </w:pPr>
      <w:proofErr w:type="gramStart"/>
      <w:r w:rsidRPr="00D22C59">
        <w:rPr>
          <w:b/>
        </w:rPr>
        <w:t xml:space="preserve">3.1  </w:t>
      </w:r>
      <w:r w:rsidRPr="00D22C59">
        <w:t>The</w:t>
      </w:r>
      <w:proofErr w:type="gramEnd"/>
      <w:r w:rsidRPr="00D22C59">
        <w:t xml:space="preserve"> student must hold a current and valid learner’s permit or driver’s licence that permits them to drive the training vehicle. The original physical or approved digital credential must be available at each lesson. A lesson may be cancelled and charged if the student cannot establish that they are legally permitted to drive.</w:t>
      </w:r>
    </w:p>
    <w:p w14:paraId="2588B41B" w14:textId="77777777" w:rsidR="002013E2" w:rsidRPr="00D22C59" w:rsidRDefault="00000000">
      <w:pPr>
        <w:keepLines/>
        <w:ind w:left="397" w:hanging="397"/>
      </w:pPr>
      <w:proofErr w:type="gramStart"/>
      <w:r w:rsidRPr="00D22C59">
        <w:rPr>
          <w:b/>
        </w:rPr>
        <w:t xml:space="preserve">3.2  </w:t>
      </w:r>
      <w:r w:rsidRPr="00D22C59">
        <w:t>The</w:t>
      </w:r>
      <w:proofErr w:type="gramEnd"/>
      <w:r w:rsidRPr="00D22C59">
        <w:t xml:space="preserve"> student must comply with licence conditions, including requirements relating to corrective lenses, and must tell the instructor about any restriction that may affect the lesson.</w:t>
      </w:r>
    </w:p>
    <w:p w14:paraId="087235F2" w14:textId="77777777" w:rsidR="002013E2" w:rsidRPr="00D22C59" w:rsidRDefault="00000000">
      <w:pPr>
        <w:keepLines/>
        <w:ind w:left="397" w:hanging="397"/>
      </w:pPr>
      <w:proofErr w:type="gramStart"/>
      <w:r w:rsidRPr="00D22C59">
        <w:rPr>
          <w:b/>
        </w:rPr>
        <w:t xml:space="preserve">3.3  </w:t>
      </w:r>
      <w:r w:rsidRPr="00D22C59">
        <w:t>The</w:t>
      </w:r>
      <w:proofErr w:type="gramEnd"/>
      <w:r w:rsidRPr="00D22C59">
        <w:t xml:space="preserve"> student must be fit to drive. They must not attend while affected by alcohol, illegal drugs, fatigue, illness, medication or any medical condition that may make driving unsafe. Relevant information that may affect safe instruction must be disclosed before driving begins.</w:t>
      </w:r>
    </w:p>
    <w:p w14:paraId="208C38FE" w14:textId="77777777" w:rsidR="002013E2" w:rsidRPr="00D22C59" w:rsidRDefault="00000000">
      <w:pPr>
        <w:keepLines/>
        <w:ind w:left="397" w:hanging="397"/>
      </w:pPr>
      <w:proofErr w:type="gramStart"/>
      <w:r w:rsidRPr="00D22C59">
        <w:rPr>
          <w:b/>
        </w:rPr>
        <w:t xml:space="preserve">3.4  </w:t>
      </w:r>
      <w:r w:rsidRPr="00D22C59">
        <w:t>The</w:t>
      </w:r>
      <w:proofErr w:type="gramEnd"/>
      <w:r w:rsidRPr="00D22C59">
        <w:t xml:space="preserve"> student must follow lawful and reasonable safety directions. The instructor may change the route, take control of the vehicle or end the lesson if necessary for safety.</w:t>
      </w:r>
    </w:p>
    <w:p w14:paraId="3E7324F7" w14:textId="77777777" w:rsidR="002013E2" w:rsidRPr="00D22C59" w:rsidRDefault="00000000">
      <w:pPr>
        <w:keepLines/>
        <w:ind w:left="397" w:hanging="397"/>
      </w:pPr>
      <w:proofErr w:type="gramStart"/>
      <w:r w:rsidRPr="00D22C59">
        <w:rPr>
          <w:b/>
        </w:rPr>
        <w:t xml:space="preserve">3.5  </w:t>
      </w:r>
      <w:r w:rsidRPr="00D22C59">
        <w:t>The</w:t>
      </w:r>
      <w:proofErr w:type="gramEnd"/>
      <w:r w:rsidRPr="00D22C59">
        <w:t xml:space="preserve"> student and instructor must treat each other respectfully and behave appropriately. Abusive, threatening, discriminatory, sexually inappropriate or deliberately unsafe behaviour will not be accepted.</w:t>
      </w:r>
    </w:p>
    <w:p w14:paraId="625DF683" w14:textId="77777777" w:rsidR="002013E2" w:rsidRPr="00D22C59" w:rsidRDefault="00000000">
      <w:pPr>
        <w:keepLines/>
        <w:ind w:left="397" w:hanging="397"/>
      </w:pPr>
      <w:proofErr w:type="gramStart"/>
      <w:r w:rsidRPr="00D22C59">
        <w:rPr>
          <w:b/>
        </w:rPr>
        <w:t xml:space="preserve">3.6  </w:t>
      </w:r>
      <w:r w:rsidRPr="00D22C59">
        <w:t>The</w:t>
      </w:r>
      <w:proofErr w:type="gramEnd"/>
      <w:r w:rsidRPr="00D22C59">
        <w:t xml:space="preserve"> instructor may refuse to commence or may end a lesson if the student is unfit, unlicensed, unsafe, abusive or unwilling to follow directions. Where the circumstances are within the student’s control, the lesson may be charged in full.</w:t>
      </w:r>
    </w:p>
    <w:p w14:paraId="49C6F72D" w14:textId="77777777" w:rsidR="002013E2" w:rsidRPr="00D22C59" w:rsidRDefault="00000000">
      <w:pPr>
        <w:keepLines/>
        <w:ind w:left="397" w:hanging="397"/>
      </w:pPr>
      <w:proofErr w:type="gramStart"/>
      <w:r w:rsidRPr="00D22C59">
        <w:rPr>
          <w:b/>
        </w:rPr>
        <w:t xml:space="preserve">3.7  </w:t>
      </w:r>
      <w:r w:rsidRPr="00D22C59">
        <w:t>The</w:t>
      </w:r>
      <w:proofErr w:type="gramEnd"/>
      <w:r w:rsidRPr="00D22C59">
        <w:t xml:space="preserve"> student must wear suitable footwear and ensure any personal items are secured. Smoking and vaping are not permitted in the training vehicle.</w:t>
      </w:r>
    </w:p>
    <w:p w14:paraId="71054F4A" w14:textId="77777777" w:rsidR="002013E2" w:rsidRPr="00D22C59" w:rsidRDefault="00000000">
      <w:pPr>
        <w:pStyle w:val="Heading1"/>
      </w:pPr>
      <w:r w:rsidRPr="00D22C59">
        <w:t>4. Instruction, progress and driving tests</w:t>
      </w:r>
    </w:p>
    <w:p w14:paraId="73BFB0D5" w14:textId="77777777" w:rsidR="002013E2" w:rsidRPr="00D22C59" w:rsidRDefault="00000000">
      <w:pPr>
        <w:keepLines/>
        <w:ind w:left="397" w:hanging="397"/>
      </w:pPr>
      <w:proofErr w:type="gramStart"/>
      <w:r w:rsidRPr="00D22C59">
        <w:rPr>
          <w:b/>
        </w:rPr>
        <w:t xml:space="preserve">4.1  </w:t>
      </w:r>
      <w:proofErr w:type="spellStart"/>
      <w:r w:rsidRPr="00D22C59">
        <w:t>PressGO</w:t>
      </w:r>
      <w:proofErr w:type="spellEnd"/>
      <w:proofErr w:type="gramEnd"/>
      <w:r w:rsidRPr="00D22C59">
        <w:t xml:space="preserve"> Driving School provides automatic driving instruction, VORT preparation and mock driving tests. Unless expressly stated otherwise, </w:t>
      </w:r>
      <w:proofErr w:type="spellStart"/>
      <w:r w:rsidRPr="00D22C59">
        <w:t>PressGO</w:t>
      </w:r>
      <w:proofErr w:type="spellEnd"/>
      <w:r w:rsidRPr="00D22C59">
        <w:t xml:space="preserve"> Driving School is not the examining authority and cannot guarantee a test booking or result.</w:t>
      </w:r>
    </w:p>
    <w:p w14:paraId="1BEFCB66" w14:textId="77777777" w:rsidR="002013E2" w:rsidRPr="00D22C59" w:rsidRDefault="00000000">
      <w:pPr>
        <w:keepLines/>
        <w:ind w:left="397" w:hanging="397"/>
      </w:pPr>
      <w:proofErr w:type="gramStart"/>
      <w:r w:rsidRPr="00D22C59">
        <w:rPr>
          <w:b/>
        </w:rPr>
        <w:t xml:space="preserve">4.2  </w:t>
      </w:r>
      <w:r w:rsidRPr="00D22C59">
        <w:t>The</w:t>
      </w:r>
      <w:proofErr w:type="gramEnd"/>
      <w:r w:rsidRPr="00D22C59">
        <w:t xml:space="preserve"> instructor will provide instruction appropriate to the student’s current ability, progress and safety needs. Lesson content and driving routes may be adjusted at the instructor’s professional discretion.</w:t>
      </w:r>
    </w:p>
    <w:p w14:paraId="595AD0CF" w14:textId="77777777" w:rsidR="002013E2" w:rsidRPr="00D22C59" w:rsidRDefault="00000000">
      <w:pPr>
        <w:keepLines/>
        <w:ind w:left="397" w:hanging="397"/>
      </w:pPr>
      <w:proofErr w:type="gramStart"/>
      <w:r w:rsidRPr="00D22C59">
        <w:rPr>
          <w:b/>
        </w:rPr>
        <w:t xml:space="preserve">4.3  </w:t>
      </w:r>
      <w:r w:rsidRPr="00D22C59">
        <w:t>Completion</w:t>
      </w:r>
      <w:proofErr w:type="gramEnd"/>
      <w:r w:rsidRPr="00D22C59">
        <w:t xml:space="preserve"> of lessons or a package does not guarantee that the student will be ready for, or pass, a driving test. Test results are determined by the student’s performance and the relevant examining authority. No refund is provided solely because a student does not pass.</w:t>
      </w:r>
    </w:p>
    <w:p w14:paraId="0C097D5A" w14:textId="371C099C" w:rsidR="002013E2" w:rsidRPr="00D22C59" w:rsidRDefault="00000000">
      <w:pPr>
        <w:keepLines/>
        <w:ind w:left="397" w:hanging="397"/>
      </w:pPr>
      <w:proofErr w:type="gramStart"/>
      <w:r w:rsidRPr="00D22C59">
        <w:rPr>
          <w:b/>
        </w:rPr>
        <w:t>4.4</w:t>
      </w:r>
      <w:r w:rsidR="002022E4" w:rsidRPr="00D22C59">
        <w:rPr>
          <w:b/>
        </w:rPr>
        <w:t xml:space="preserve">  </w:t>
      </w:r>
      <w:r w:rsidRPr="00D22C59">
        <w:t>If</w:t>
      </w:r>
      <w:proofErr w:type="gramEnd"/>
      <w:r w:rsidRPr="00D22C59">
        <w:t xml:space="preserve"> the instructor does not believe the student is ready to attempt a driving test, the instructor may recommend further training and may decline use of the </w:t>
      </w:r>
      <w:proofErr w:type="spellStart"/>
      <w:r w:rsidRPr="00D22C59">
        <w:t>PressGO</w:t>
      </w:r>
      <w:proofErr w:type="spellEnd"/>
      <w:r w:rsidRPr="00D22C59">
        <w:t xml:space="preserve"> vehicle for the test where there are reasonable safety or vehicle-risk concerns.</w:t>
      </w:r>
    </w:p>
    <w:p w14:paraId="631AAB9A" w14:textId="77777777" w:rsidR="002013E2" w:rsidRPr="00D22C59" w:rsidRDefault="00000000">
      <w:pPr>
        <w:keepLines/>
        <w:ind w:left="397" w:hanging="397"/>
      </w:pPr>
      <w:proofErr w:type="gramStart"/>
      <w:r w:rsidRPr="00D22C59">
        <w:rPr>
          <w:b/>
        </w:rPr>
        <w:t xml:space="preserve">4.5  </w:t>
      </w:r>
      <w:r w:rsidRPr="00D22C59">
        <w:t>VORT</w:t>
      </w:r>
      <w:proofErr w:type="gramEnd"/>
      <w:r w:rsidRPr="00D22C59">
        <w:t xml:space="preserve"> and test-package bookings may be subject to separate examiner fees, booking conditions and cancellation rules. Any such requirements will be explained before the booking is confirmed.</w:t>
      </w:r>
    </w:p>
    <w:p w14:paraId="11361ED8" w14:textId="77777777" w:rsidR="002013E2" w:rsidRPr="00D22C59" w:rsidRDefault="00000000">
      <w:pPr>
        <w:pStyle w:val="Heading1"/>
      </w:pPr>
      <w:r w:rsidRPr="00D22C59">
        <w:lastRenderedPageBreak/>
        <w:t>5. Road offences, safety, vehicle damage and personal property</w:t>
      </w:r>
    </w:p>
    <w:p w14:paraId="644A0D86" w14:textId="77777777" w:rsidR="002013E2" w:rsidRPr="00D22C59" w:rsidRDefault="00000000">
      <w:pPr>
        <w:keepLines/>
        <w:ind w:left="397" w:hanging="397"/>
      </w:pPr>
      <w:proofErr w:type="gramStart"/>
      <w:r w:rsidRPr="00D22C59">
        <w:rPr>
          <w:b/>
        </w:rPr>
        <w:t xml:space="preserve">5.1  </w:t>
      </w:r>
      <w:proofErr w:type="spellStart"/>
      <w:r w:rsidRPr="00D22C59">
        <w:t>PressGO</w:t>
      </w:r>
      <w:proofErr w:type="spellEnd"/>
      <w:proofErr w:type="gramEnd"/>
      <w:r w:rsidRPr="00D22C59">
        <w:t xml:space="preserve"> Driving School will provide a registered, roadworthy and appropriately insured dual-control training vehicle and will take reasonable care in providing instruction.</w:t>
      </w:r>
    </w:p>
    <w:p w14:paraId="07F5AB58" w14:textId="77777777" w:rsidR="002013E2" w:rsidRPr="00D22C59" w:rsidRDefault="00000000">
      <w:pPr>
        <w:keepLines/>
        <w:ind w:left="397" w:hanging="397"/>
      </w:pPr>
      <w:proofErr w:type="gramStart"/>
      <w:r w:rsidRPr="00D22C59">
        <w:rPr>
          <w:b/>
        </w:rPr>
        <w:t xml:space="preserve">5.2  </w:t>
      </w:r>
      <w:r w:rsidRPr="00D22C59">
        <w:t>Driving</w:t>
      </w:r>
      <w:proofErr w:type="gramEnd"/>
      <w:r w:rsidRPr="00D22C59">
        <w:t xml:space="preserve"> involves inherent risk. The student must exercise reasonable care and follow the instructor’s directions. Nothing in this clause limits liability that cannot lawfully be limited.</w:t>
      </w:r>
    </w:p>
    <w:p w14:paraId="76BB0464" w14:textId="2DF2D82B" w:rsidR="002013E2" w:rsidRPr="00D22C59" w:rsidRDefault="00A01F75">
      <w:pPr>
        <w:keepLines/>
        <w:ind w:left="397" w:hanging="397"/>
      </w:pPr>
      <w:proofErr w:type="gramStart"/>
      <w:r w:rsidRPr="00D22C59">
        <w:rPr>
          <w:b/>
          <w:bCs/>
        </w:rPr>
        <w:t>5.3</w:t>
      </w:r>
      <w:r w:rsidRPr="00D22C59">
        <w:t xml:space="preserve">  The</w:t>
      </w:r>
      <w:proofErr w:type="gramEnd"/>
      <w:r w:rsidRPr="00D22C59">
        <w:t xml:space="preserve"> student is responsible for road offences they commit while driving, including speeding, disobeying traffic signals or signs, using a mobile phone unlawfully and breaching learner’s permit or licence conditions. Any fine, demerit points or other legal consequences imposed on the student are the student’s responsibility. If an offence notice is initially issued to </w:t>
      </w:r>
      <w:proofErr w:type="spellStart"/>
      <w:r w:rsidRPr="00D22C59">
        <w:t>PressGO</w:t>
      </w:r>
      <w:proofErr w:type="spellEnd"/>
      <w:r w:rsidRPr="00D22C59">
        <w:t xml:space="preserve"> Driving School or the vehicle owner, the student must provide any information reasonably required to identify or nominate the driver. This clause does not make the student responsible for an offence committed by the instructor or another person.</w:t>
      </w:r>
    </w:p>
    <w:p w14:paraId="7FA45DB8" w14:textId="5289017F" w:rsidR="002013E2" w:rsidRPr="00D22C59" w:rsidRDefault="00000000">
      <w:pPr>
        <w:keepLines/>
        <w:ind w:left="397" w:hanging="397"/>
      </w:pPr>
      <w:proofErr w:type="gramStart"/>
      <w:r w:rsidRPr="00D22C59">
        <w:rPr>
          <w:b/>
          <w:bCs/>
        </w:rPr>
        <w:t>5.4</w:t>
      </w:r>
      <w:r w:rsidRPr="00D22C59">
        <w:t xml:space="preserve"> </w:t>
      </w:r>
      <w:r w:rsidR="00A01F75" w:rsidRPr="00D22C59">
        <w:t xml:space="preserve"> </w:t>
      </w:r>
      <w:r w:rsidRPr="00D22C59">
        <w:t>If</w:t>
      </w:r>
      <w:proofErr w:type="gramEnd"/>
      <w:r w:rsidRPr="00D22C59">
        <w:t xml:space="preserve"> loss or damage to the training vehicle or other property is caused by the student’s deliberate, reckless, negligent or unlawful conduct, or by the student failing to follow a clear and reasonable safety direction, </w:t>
      </w:r>
      <w:proofErr w:type="spellStart"/>
      <w:r w:rsidRPr="00D22C59">
        <w:t>PressGO</w:t>
      </w:r>
      <w:proofErr w:type="spellEnd"/>
      <w:r w:rsidRPr="00D22C59">
        <w:t xml:space="preserve"> Driving School may seek recovery of its reasonable uninsured loss, including any insurance excess actually payable, to the extent permitted by law. The student is not automatically liable merely because they were driving. Responsibility will be assessed according to the circumstances, available evidence, any police or insurer findings, the instructor’s actions and the applicable law. </w:t>
      </w:r>
      <w:proofErr w:type="spellStart"/>
      <w:r w:rsidRPr="00D22C59">
        <w:t>PressGO</w:t>
      </w:r>
      <w:proofErr w:type="spellEnd"/>
      <w:r w:rsidRPr="00D22C59">
        <w:t xml:space="preserve"> Driving School will take reasonable steps to prevent or minimise loss, including giving instruction and using the dual brake </w:t>
      </w:r>
      <w:proofErr w:type="gramStart"/>
      <w:r w:rsidRPr="00D22C59">
        <w:t>where</w:t>
      </w:r>
      <w:proofErr w:type="gramEnd"/>
      <w:r w:rsidRPr="00D22C59">
        <w:t xml:space="preserve"> reasonably practicable.</w:t>
      </w:r>
    </w:p>
    <w:p w14:paraId="5FAC638A" w14:textId="7B3ABD4B" w:rsidR="002013E2" w:rsidRPr="00D22C59" w:rsidRDefault="00A01F75">
      <w:pPr>
        <w:keepLines/>
        <w:ind w:left="397" w:hanging="397"/>
      </w:pPr>
      <w:proofErr w:type="gramStart"/>
      <w:r w:rsidRPr="00D22C59">
        <w:rPr>
          <w:b/>
          <w:bCs/>
        </w:rPr>
        <w:t>5.5</w:t>
      </w:r>
      <w:r w:rsidRPr="00D22C59">
        <w:t xml:space="preserve"> </w:t>
      </w:r>
      <w:r w:rsidR="00D9442F" w:rsidRPr="00D22C59">
        <w:t xml:space="preserve"> </w:t>
      </w:r>
      <w:r w:rsidRPr="00D22C59">
        <w:t>The</w:t>
      </w:r>
      <w:proofErr w:type="gramEnd"/>
      <w:r w:rsidRPr="00D22C59">
        <w:t xml:space="preserve"> student is responsible for their personal belongings. </w:t>
      </w:r>
      <w:proofErr w:type="spellStart"/>
      <w:r w:rsidRPr="00D22C59">
        <w:t>PressGO</w:t>
      </w:r>
      <w:proofErr w:type="spellEnd"/>
      <w:r w:rsidRPr="00D22C59">
        <w:t xml:space="preserve"> Driving School will take reasonable care but is not responsible for loss or damage unless caused by a failure to exercise reasonable care or where liability cannot be excluded by law.</w:t>
      </w:r>
    </w:p>
    <w:p w14:paraId="73737D2C" w14:textId="77777777" w:rsidR="002013E2" w:rsidRPr="00D22C59" w:rsidRDefault="00000000">
      <w:pPr>
        <w:pStyle w:val="Heading1"/>
      </w:pPr>
      <w:r w:rsidRPr="00D22C59">
        <w:t>6. Privacy, records and in-vehicle cameras</w:t>
      </w:r>
    </w:p>
    <w:p w14:paraId="3095EB3C" w14:textId="77777777" w:rsidR="002013E2" w:rsidRPr="00D22C59" w:rsidRDefault="00000000">
      <w:pPr>
        <w:keepLines/>
        <w:ind w:left="397" w:hanging="397"/>
      </w:pPr>
      <w:proofErr w:type="gramStart"/>
      <w:r w:rsidRPr="00D22C59">
        <w:rPr>
          <w:b/>
        </w:rPr>
        <w:t xml:space="preserve">6.1  </w:t>
      </w:r>
      <w:proofErr w:type="spellStart"/>
      <w:r w:rsidRPr="00D22C59">
        <w:t>PressGO</w:t>
      </w:r>
      <w:proofErr w:type="spellEnd"/>
      <w:proofErr w:type="gramEnd"/>
      <w:r w:rsidRPr="00D22C59">
        <w:t xml:space="preserve"> Driving School may collect and store information reasonably required to provide lessons and meet business, safety, insurance and legal obligations. This may include contact details, home address, date of birth, licence details, lesson notes, invoices and communications.</w:t>
      </w:r>
    </w:p>
    <w:p w14:paraId="026E2628" w14:textId="77777777" w:rsidR="002013E2" w:rsidRPr="00D22C59" w:rsidRDefault="00000000">
      <w:pPr>
        <w:keepLines/>
        <w:ind w:left="397" w:hanging="397"/>
      </w:pPr>
      <w:proofErr w:type="gramStart"/>
      <w:r w:rsidRPr="00D22C59">
        <w:rPr>
          <w:b/>
        </w:rPr>
        <w:t xml:space="preserve">6.2  </w:t>
      </w:r>
      <w:r w:rsidRPr="00D22C59">
        <w:t>Information</w:t>
      </w:r>
      <w:proofErr w:type="gramEnd"/>
      <w:r w:rsidRPr="00D22C59">
        <w:t xml:space="preserve"> may be shared with a funding organisation, examiner, insurer, regulator or service provider where reasonably necessary, authorised by the student or required by law. Only relevant information will be shared.</w:t>
      </w:r>
    </w:p>
    <w:p w14:paraId="56BA7956" w14:textId="77777777" w:rsidR="002013E2" w:rsidRPr="00D22C59" w:rsidRDefault="00000000">
      <w:pPr>
        <w:keepLines/>
        <w:ind w:left="397" w:hanging="397"/>
      </w:pPr>
      <w:proofErr w:type="gramStart"/>
      <w:r w:rsidRPr="00D22C59">
        <w:rPr>
          <w:b/>
        </w:rPr>
        <w:t xml:space="preserve">6.3  </w:t>
      </w:r>
      <w:r w:rsidRPr="00D22C59">
        <w:t>The</w:t>
      </w:r>
      <w:proofErr w:type="gramEnd"/>
      <w:r w:rsidRPr="00D22C59">
        <w:t xml:space="preserve"> training vehicle may use forward-facing, rear-facing and interior dash cameras for safety, incident evidence and insurance purposes. Recordings are not routinely published and will only be retained for as long as reasonably necessary, subject to technical storage limits and legal requirements.</w:t>
      </w:r>
    </w:p>
    <w:p w14:paraId="4ACDC9E9" w14:textId="77777777" w:rsidR="002013E2" w:rsidRPr="00D22C59" w:rsidRDefault="00000000">
      <w:pPr>
        <w:keepLines/>
        <w:ind w:left="397" w:hanging="397"/>
      </w:pPr>
      <w:proofErr w:type="gramStart"/>
      <w:r w:rsidRPr="00D22C59">
        <w:rPr>
          <w:b/>
        </w:rPr>
        <w:t xml:space="preserve">6.4  </w:t>
      </w:r>
      <w:r w:rsidRPr="00D22C59">
        <w:t>Images</w:t>
      </w:r>
      <w:proofErr w:type="gramEnd"/>
      <w:r w:rsidRPr="00D22C59">
        <w:t>, video, testimonials or test-pass photographs will not be used for marketing without the student’s permission. A student may decline marketing consent without affecting their lessons.</w:t>
      </w:r>
    </w:p>
    <w:p w14:paraId="53C7CF2D" w14:textId="77777777" w:rsidR="002013E2" w:rsidRPr="00D22C59" w:rsidRDefault="00000000">
      <w:pPr>
        <w:pStyle w:val="Heading1"/>
      </w:pPr>
      <w:r w:rsidRPr="00D22C59">
        <w:t>7. General terms</w:t>
      </w:r>
    </w:p>
    <w:p w14:paraId="3363E1E4" w14:textId="77777777" w:rsidR="002013E2" w:rsidRPr="00D22C59" w:rsidRDefault="00000000">
      <w:pPr>
        <w:keepLines/>
        <w:ind w:left="397" w:hanging="397"/>
      </w:pPr>
      <w:proofErr w:type="gramStart"/>
      <w:r w:rsidRPr="00D22C59">
        <w:rPr>
          <w:b/>
        </w:rPr>
        <w:t xml:space="preserve">7.1  </w:t>
      </w:r>
      <w:proofErr w:type="spellStart"/>
      <w:r w:rsidRPr="00D22C59">
        <w:t>PressGO</w:t>
      </w:r>
      <w:proofErr w:type="spellEnd"/>
      <w:proofErr w:type="gramEnd"/>
      <w:r w:rsidRPr="00D22C59">
        <w:t xml:space="preserve"> Driving School may update these Terms and Conditions. The version provided or available when a booking is confirmed will apply to that booking unless a change is required by law or agreed with the student.</w:t>
      </w:r>
    </w:p>
    <w:p w14:paraId="19DDBAED" w14:textId="77777777" w:rsidR="002013E2" w:rsidRPr="00D22C59" w:rsidRDefault="00000000">
      <w:pPr>
        <w:keepLines/>
        <w:ind w:left="397" w:hanging="397"/>
      </w:pPr>
      <w:proofErr w:type="gramStart"/>
      <w:r w:rsidRPr="00D22C59">
        <w:rPr>
          <w:b/>
        </w:rPr>
        <w:t xml:space="preserve">7.2  </w:t>
      </w:r>
      <w:r w:rsidRPr="00D22C59">
        <w:t>If</w:t>
      </w:r>
      <w:proofErr w:type="gramEnd"/>
      <w:r w:rsidRPr="00D22C59">
        <w:t xml:space="preserve"> any part of these terms is found to be invalid or unenforceable, the remaining terms continue to apply.</w:t>
      </w:r>
    </w:p>
    <w:p w14:paraId="6A58DA6E" w14:textId="77777777" w:rsidR="002013E2" w:rsidRPr="00D22C59" w:rsidRDefault="00000000">
      <w:pPr>
        <w:keepLines/>
        <w:ind w:left="397" w:hanging="397"/>
      </w:pPr>
      <w:proofErr w:type="gramStart"/>
      <w:r w:rsidRPr="00D22C59">
        <w:rPr>
          <w:b/>
        </w:rPr>
        <w:lastRenderedPageBreak/>
        <w:t xml:space="preserve">7.3  </w:t>
      </w:r>
      <w:r w:rsidRPr="00D22C59">
        <w:t>These</w:t>
      </w:r>
      <w:proofErr w:type="gramEnd"/>
      <w:r w:rsidRPr="00D22C59">
        <w:t xml:space="preserve"> terms are governed by the laws of South Australia. Nothing in these terms excludes, restricts or modifies any right, guarantee or remedy that cannot lawfully be excluded under the Australian Consumer Law.</w:t>
      </w:r>
    </w:p>
    <w:p w14:paraId="6DC0A0F9" w14:textId="77777777" w:rsidR="002013E2" w:rsidRPr="00D22C59" w:rsidRDefault="00000000">
      <w:pPr>
        <w:keepLines/>
        <w:ind w:left="397" w:hanging="397"/>
      </w:pPr>
      <w:proofErr w:type="gramStart"/>
      <w:r w:rsidRPr="00D22C59">
        <w:rPr>
          <w:b/>
        </w:rPr>
        <w:t xml:space="preserve">7.4  </w:t>
      </w:r>
      <w:r w:rsidRPr="00D22C59">
        <w:t>Questions</w:t>
      </w:r>
      <w:proofErr w:type="gramEnd"/>
      <w:r w:rsidRPr="00D22C59">
        <w:t xml:space="preserve">, concerns or complaints should be raised directly with </w:t>
      </w:r>
      <w:proofErr w:type="spellStart"/>
      <w:r w:rsidRPr="00D22C59">
        <w:t>PressGO</w:t>
      </w:r>
      <w:proofErr w:type="spellEnd"/>
      <w:r w:rsidRPr="00D22C59">
        <w:t xml:space="preserve"> Driving School so that a reasonable resolution can be considered.</w:t>
      </w:r>
    </w:p>
    <w:p w14:paraId="11EC69B2" w14:textId="77777777" w:rsidR="002013E2" w:rsidRPr="00D22C59" w:rsidRDefault="00000000">
      <w:pPr>
        <w:pStyle w:val="Heading1"/>
      </w:pPr>
      <w:r w:rsidRPr="00D22C59">
        <w:t>Acceptance</w:t>
      </w:r>
    </w:p>
    <w:p w14:paraId="359F813F" w14:textId="77777777" w:rsidR="002013E2" w:rsidRPr="00D22C59" w:rsidRDefault="00000000">
      <w:r w:rsidRPr="00D22C59">
        <w:rPr>
          <w:b/>
        </w:rPr>
        <w:t xml:space="preserve">The student accepts these Terms and Conditions </w:t>
      </w:r>
      <w:proofErr w:type="gramStart"/>
      <w:r w:rsidRPr="00D22C59">
        <w:rPr>
          <w:b/>
        </w:rPr>
        <w:t>by:</w:t>
      </w:r>
      <w:proofErr w:type="gramEnd"/>
      <w:r w:rsidRPr="00D22C59">
        <w:rPr>
          <w:b/>
        </w:rPr>
        <w:t xml:space="preserve"> </w:t>
      </w:r>
      <w:r w:rsidRPr="00D22C59">
        <w:t>confirming a booking; attending or participating in a lesson; making a payment; or allowing a third party to confirm or fund a booking on their behalf. A parent or guardian who arranges lessons for a student under 18 also agrees to these terms in relation to the booking and payment arrangements.</w:t>
      </w:r>
    </w:p>
    <w:p w14:paraId="7281F7F6" w14:textId="77777777" w:rsidR="00A46C15" w:rsidRPr="00D22C59" w:rsidRDefault="00000000">
      <w:pPr>
        <w:spacing w:before="160" w:after="0"/>
      </w:pPr>
      <w:r w:rsidRPr="00D22C59">
        <w:rPr>
          <w:b/>
          <w:color w:val="C61713"/>
        </w:rPr>
        <w:t>Contact</w:t>
      </w:r>
      <w:r w:rsidRPr="00D22C59">
        <w:t xml:space="preserve">  </w:t>
      </w:r>
    </w:p>
    <w:p w14:paraId="432E0E7A" w14:textId="452893C3" w:rsidR="002013E2" w:rsidRPr="00D22C59" w:rsidRDefault="00000000">
      <w:pPr>
        <w:spacing w:before="160" w:after="0"/>
      </w:pPr>
      <w:proofErr w:type="spellStart"/>
      <w:r w:rsidRPr="00D22C59">
        <w:t>PressGO</w:t>
      </w:r>
      <w:proofErr w:type="spellEnd"/>
      <w:r w:rsidRPr="00D22C59">
        <w:t xml:space="preserve"> Driving </w:t>
      </w:r>
      <w:proofErr w:type="gramStart"/>
      <w:r w:rsidRPr="00D22C59">
        <w:t>School  |</w:t>
      </w:r>
      <w:proofErr w:type="gramEnd"/>
      <w:r w:rsidRPr="00D22C59">
        <w:t xml:space="preserve">  </w:t>
      </w:r>
      <w:hyperlink r:id="rId8" w:history="1">
        <w:r w:rsidR="007B592D" w:rsidRPr="00D22C59">
          <w:rPr>
            <w:rStyle w:val="Hyperlink"/>
          </w:rPr>
          <w:t>www.pressgodrivingschool.com.au</w:t>
        </w:r>
      </w:hyperlink>
    </w:p>
    <w:p w14:paraId="7245F10C" w14:textId="77777777" w:rsidR="007B592D" w:rsidRDefault="007B592D">
      <w:pPr>
        <w:spacing w:before="160" w:after="0"/>
      </w:pPr>
    </w:p>
    <w:sectPr w:rsidR="007B592D" w:rsidSect="00034616">
      <w:headerReference w:type="default" r:id="rId9"/>
      <w:footerReference w:type="default" r:id="rId10"/>
      <w:pgSz w:w="11906" w:h="16838"/>
      <w:pgMar w:top="1134" w:right="1247" w:bottom="1077" w:left="1247" w:header="510"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21B0C" w14:textId="77777777" w:rsidR="002A74D8" w:rsidRPr="00D22C59" w:rsidRDefault="002A74D8">
      <w:pPr>
        <w:spacing w:after="0" w:line="240" w:lineRule="auto"/>
      </w:pPr>
      <w:r w:rsidRPr="00D22C59">
        <w:separator/>
      </w:r>
    </w:p>
  </w:endnote>
  <w:endnote w:type="continuationSeparator" w:id="0">
    <w:p w14:paraId="2C239B02" w14:textId="77777777" w:rsidR="002A74D8" w:rsidRPr="00D22C59" w:rsidRDefault="002A74D8">
      <w:pPr>
        <w:spacing w:after="0" w:line="240" w:lineRule="auto"/>
      </w:pPr>
      <w:r w:rsidRPr="00D22C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81DB1" w14:textId="77777777" w:rsidR="002013E2" w:rsidRPr="00D22C59" w:rsidRDefault="00000000">
    <w:pPr>
      <w:pStyle w:val="Footer"/>
      <w:jc w:val="center"/>
    </w:pPr>
    <w:proofErr w:type="spellStart"/>
    <w:r w:rsidRPr="00D22C59">
      <w:rPr>
        <w:color w:val="66696B"/>
        <w:sz w:val="16"/>
      </w:rPr>
      <w:t>PressGO</w:t>
    </w:r>
    <w:proofErr w:type="spellEnd"/>
    <w:r w:rsidRPr="00D22C59">
      <w:rPr>
        <w:color w:val="66696B"/>
        <w:sz w:val="16"/>
      </w:rPr>
      <w:t xml:space="preserve"> Driving </w:t>
    </w:r>
    <w:proofErr w:type="gramStart"/>
    <w:r w:rsidRPr="00D22C59">
      <w:rPr>
        <w:color w:val="66696B"/>
        <w:sz w:val="16"/>
      </w:rPr>
      <w:t>School  •</w:t>
    </w:r>
    <w:proofErr w:type="gramEnd"/>
    <w:r w:rsidRPr="00D22C59">
      <w:rPr>
        <w:color w:val="66696B"/>
        <w:sz w:val="16"/>
      </w:rPr>
      <w:t xml:space="preserve">  www.pressgodrivingschool.com.au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36270" w14:textId="77777777" w:rsidR="002A74D8" w:rsidRPr="00D22C59" w:rsidRDefault="002A74D8">
      <w:pPr>
        <w:spacing w:after="0" w:line="240" w:lineRule="auto"/>
      </w:pPr>
      <w:r w:rsidRPr="00D22C59">
        <w:separator/>
      </w:r>
    </w:p>
  </w:footnote>
  <w:footnote w:type="continuationSeparator" w:id="0">
    <w:p w14:paraId="382DE012" w14:textId="77777777" w:rsidR="002A74D8" w:rsidRPr="00D22C59" w:rsidRDefault="002A74D8">
      <w:pPr>
        <w:spacing w:after="0" w:line="240" w:lineRule="auto"/>
      </w:pPr>
      <w:r w:rsidRPr="00D22C5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D3DC8" w14:textId="77777777" w:rsidR="002013E2" w:rsidRPr="00D22C59" w:rsidRDefault="00000000">
    <w:pPr>
      <w:pStyle w:val="Header"/>
      <w:jc w:val="right"/>
    </w:pPr>
    <w:proofErr w:type="spellStart"/>
    <w:r w:rsidRPr="00D22C59">
      <w:rPr>
        <w:color w:val="66696B"/>
        <w:sz w:val="16"/>
      </w:rPr>
      <w:t>PressGO</w:t>
    </w:r>
    <w:proofErr w:type="spellEnd"/>
    <w:r w:rsidRPr="00D22C59">
      <w:rPr>
        <w:color w:val="66696B"/>
        <w:sz w:val="16"/>
      </w:rPr>
      <w:t xml:space="preserve"> Driving </w:t>
    </w:r>
    <w:proofErr w:type="gramStart"/>
    <w:r w:rsidRPr="00D22C59">
      <w:rPr>
        <w:color w:val="66696B"/>
        <w:sz w:val="16"/>
      </w:rPr>
      <w:t>School  |</w:t>
    </w:r>
    <w:proofErr w:type="gramEnd"/>
    <w:r w:rsidRPr="00D22C59">
      <w:rPr>
        <w:color w:val="66696B"/>
        <w:sz w:val="16"/>
      </w:rPr>
      <w:t xml:space="preserve">  Terms and Conditions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01900933">
    <w:abstractNumId w:val="8"/>
  </w:num>
  <w:num w:numId="2" w16cid:durableId="1026448637">
    <w:abstractNumId w:val="6"/>
  </w:num>
  <w:num w:numId="3" w16cid:durableId="497771869">
    <w:abstractNumId w:val="5"/>
  </w:num>
  <w:num w:numId="4" w16cid:durableId="1864005875">
    <w:abstractNumId w:val="4"/>
  </w:num>
  <w:num w:numId="5" w16cid:durableId="338124560">
    <w:abstractNumId w:val="7"/>
  </w:num>
  <w:num w:numId="6" w16cid:durableId="1063913225">
    <w:abstractNumId w:val="3"/>
  </w:num>
  <w:num w:numId="7" w16cid:durableId="1618558893">
    <w:abstractNumId w:val="2"/>
  </w:num>
  <w:num w:numId="8" w16cid:durableId="423691791">
    <w:abstractNumId w:val="1"/>
  </w:num>
  <w:num w:numId="9" w16cid:durableId="1200783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013E2"/>
    <w:rsid w:val="002022E4"/>
    <w:rsid w:val="0029639D"/>
    <w:rsid w:val="002A74D8"/>
    <w:rsid w:val="00326F90"/>
    <w:rsid w:val="00512CE3"/>
    <w:rsid w:val="00720CCF"/>
    <w:rsid w:val="007B592D"/>
    <w:rsid w:val="00A01F75"/>
    <w:rsid w:val="00A46C15"/>
    <w:rsid w:val="00A66393"/>
    <w:rsid w:val="00AA1D8D"/>
    <w:rsid w:val="00B47730"/>
    <w:rsid w:val="00B679EE"/>
    <w:rsid w:val="00CB0664"/>
    <w:rsid w:val="00D22C59"/>
    <w:rsid w:val="00D9442F"/>
    <w:rsid w:val="00F3456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E0C5B49C-1D43-4BD4-AF17-6A3D9F9B1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10" w:line="264" w:lineRule="auto"/>
    </w:pPr>
    <w:rPr>
      <w:rFonts w:ascii="Aptos" w:hAnsi="Aptos"/>
      <w:color w:val="293132"/>
      <w:sz w:val="21"/>
      <w:lang w:val="en-AU"/>
    </w:rPr>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b/>
      <w:bCs/>
      <w:color w:val="C61713"/>
      <w:sz w:val="30"/>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7B592D"/>
    <w:rPr>
      <w:color w:val="0000FF" w:themeColor="hyperlink"/>
      <w:u w:val="single"/>
    </w:rPr>
  </w:style>
  <w:style w:type="character" w:styleId="UnresolvedMention">
    <w:name w:val="Unresolved Mention"/>
    <w:basedOn w:val="DefaultParagraphFont"/>
    <w:uiPriority w:val="99"/>
    <w:semiHidden/>
    <w:unhideWhenUsed/>
    <w:rsid w:val="007B59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ssgodrivingschool.com.a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1583</Words>
  <Characters>9026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10588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PressGO Driving School Terms and Conditions</dc:title>
  <dc:subject>Client terms for driving lessons, packages and third-party-funded lessons</dc:subject>
  <dc:creator>PressGO Driving School</dc:creator>
  <cp:keywords>PressGO, driving lessons, terms and conditions, South Australia</cp:keywords>
  <dc:description>generated by python-docx</dc:description>
  <cp:lastModifiedBy>BJ Graham</cp:lastModifiedBy>
  <cp:revision>10</cp:revision>
  <dcterms:created xsi:type="dcterms:W3CDTF">2013-12-23T23:15:00Z</dcterms:created>
  <dcterms:modified xsi:type="dcterms:W3CDTF">2026-08-03T03:52:00Z</dcterms:modified>
  <cp:category/>
</cp:coreProperties>
</file>